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24"/>
        </w:rPr>
        <w:t>[Ihr Firmenname]</w:t>
      </w:r>
    </w:p>
    <w:p>
      <w:pPr>
        <w:spacing w:after="0"/>
      </w:pPr>
      <w:r>
        <w:rPr>
          <w:b w:val="0"/>
        </w:rPr>
        <w:t>[Straße Hausnummer]</w:t>
      </w:r>
    </w:p>
    <w:p>
      <w:pPr>
        <w:spacing w:after="0"/>
      </w:pPr>
      <w:r>
        <w:rPr>
          <w:b w:val="0"/>
        </w:rPr>
        <w:t>[PLZ Ort]</w:t>
      </w:r>
    </w:p>
    <w:p>
      <w:pPr>
        <w:spacing w:after="280"/>
      </w:pPr>
      <w:r>
        <w:rPr>
          <w:b w:val="0"/>
        </w:rPr>
        <w:t>[Telefon] · [E-Mail] · [Website]</w:t>
      </w:r>
    </w:p>
    <w:p>
      <w:pPr>
        <w:spacing w:after="0"/>
      </w:pPr>
      <w:r>
        <w:rPr>
          <w:b w:val="0"/>
        </w:rPr>
        <w:t>[Firmenname des Kunden]</w:t>
      </w:r>
    </w:p>
    <w:p>
      <w:pPr>
        <w:spacing w:after="0"/>
      </w:pPr>
      <w:r>
        <w:rPr>
          <w:b w:val="0"/>
        </w:rPr>
        <w:t>[Ansprechpartner]</w:t>
      </w:r>
    </w:p>
    <w:p>
      <w:pPr>
        <w:spacing w:after="0"/>
      </w:pPr>
      <w:r>
        <w:rPr>
          <w:b w:val="0"/>
        </w:rPr>
        <w:t>[Straße Hausnummer]</w:t>
      </w:r>
    </w:p>
    <w:p>
      <w:pPr>
        <w:spacing w:after="280"/>
      </w:pPr>
      <w:r>
        <w:rPr>
          <w:b w:val="0"/>
        </w:rPr>
        <w:t>[PLZ Ort]</w:t>
      </w:r>
    </w:p>
    <w:p>
      <w:pPr>
        <w:spacing w:after="280"/>
        <w:jc w:val="right"/>
      </w:pPr>
      <w:r>
        <w:rPr>
          <w:b w:val="0"/>
        </w:rPr>
        <w:t>[Ort], [Datum]</w:t>
      </w:r>
    </w:p>
    <w:p>
      <w:pPr>
        <w:spacing w:after="240"/>
      </w:pPr>
      <w:r>
        <w:rPr>
          <w:b/>
        </w:rPr>
        <w:t>Zahlungserinnerung zur Rechnung Nr. [2026-0142] vom [15.09.2026]</w:t>
      </w:r>
    </w:p>
    <w:p>
      <w:pPr>
        <w:spacing w:after="160"/>
      </w:pPr>
      <w:r>
        <w:rPr>
          <w:b w:val="0"/>
        </w:rPr>
        <w:t>Sehr geehrte Frau [Name], sehr geehrter Herr [Name],</w:t>
      </w:r>
    </w:p>
    <w:p>
      <w:pPr>
        <w:spacing w:after="160"/>
      </w:pPr>
      <w:r>
        <w:rPr>
          <w:b w:val="0"/>
        </w:rPr>
        <w:t>vielen Dank für Ihren Auftrag. Bei der Durchsicht unserer Buchhaltung ist uns aufgefallen, dass der Rechnungsbetrag von [1.190,00 €] aus der Rechnung Nr. [2026-0142] vom [15.09.2026] mit Zahlungsziel [29.09.2026] bisher nicht bei uns eingegangen ist.</w:t>
      </w:r>
    </w:p>
    <w:p>
      <w:pPr>
        <w:spacing w:after="160"/>
      </w:pPr>
      <w:r>
        <w:rPr>
          <w:b w:val="0"/>
        </w:rPr>
        <w:t>Sicher handelt es sich um ein Versehen. Wir bitten Sie, den Betrag bis zum [20.10.2026] auf unser Konto zu überweisen:</w:t>
      </w:r>
    </w:p>
    <w:p>
      <w:pPr>
        <w:spacing w:after="160"/>
      </w:pPr>
      <w:r>
        <w:rPr>
          <w:b w:val="0"/>
        </w:rPr>
        <w:t>Kontoinhaber: [Firmenname] · IBAN: [DE00 0000 0000 0000 0000 00] · BIC: [XXXXXXXX] · Verwendungszweck: Rechnung [2026-0142]</w:t>
      </w:r>
    </w:p>
    <w:p>
      <w:pPr>
        <w:spacing w:after="160"/>
      </w:pPr>
      <w:r>
        <w:rPr>
          <w:b w:val="0"/>
        </w:rPr>
        <w:t>Sollte sich Ihre Zahlung mit diesem Schreiben überschnitten haben, betrachten Sie es bitte als gegenstandslos.</w:t>
      </w:r>
    </w:p>
    <w:p>
      <w:pPr>
        <w:spacing w:after="480"/>
      </w:pPr>
      <w:r>
        <w:rPr>
          <w:b w:val="0"/>
        </w:rPr>
        <w:t>Mit freundlichen Grüßen</w:t>
      </w:r>
    </w:p>
    <w:p>
      <w:pPr>
        <w:spacing w:after="0"/>
      </w:pPr>
      <w:r>
        <w:rPr>
          <w:b w:val="0"/>
        </w:rPr>
        <w:t>[Vorname Nachname]</w:t>
      </w:r>
    </w:p>
    <w:p>
      <w:pPr>
        <w:spacing w:after="280"/>
      </w:pPr>
      <w:r>
        <w:rPr>
          <w:b w:val="0"/>
        </w:rPr>
        <w:t>[Firmenname]</w:t>
      </w:r>
    </w:p>
    <w:p>
      <w:pPr>
        <w:spacing w:after="280"/>
      </w:pPr>
      <w:r>
        <w:rPr>
          <w:b w:val="0"/>
        </w:rPr>
        <w:t>Anlage: Rechnungskopie</w:t>
      </w:r>
    </w:p>
    <w:p>
      <w:pPr>
        <w:spacing w:after="120"/>
      </w:pPr>
      <w:r>
        <w:rPr>
          <w:b w:val="0"/>
          <w:i/>
          <w:sz w:val="17"/>
        </w:rPr>
        <w:t>Vorlage von firmendo.de/mahnung-schreiben/ – Stand Oktober 2026. Platzhalter in eckigen Klammern ersetzen. Die Zahlungserinnerung ist eine freundliche Erinnerung ohne Mahnkosten; rechtlich gilt sie als Mahnung, sobald sie Betrag und Zahlungsaufforderung enthält. Keine Rechtsberatung.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