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4"/>
        </w:rPr>
        <w:t>[Ihr Firmenname]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0"/>
      </w:pPr>
      <w:r>
        <w:rPr>
          <w:b w:val="0"/>
        </w:rPr>
        <w:t>[PLZ Ort]</w:t>
      </w:r>
    </w:p>
    <w:p>
      <w:pPr>
        <w:spacing w:after="280"/>
      </w:pPr>
      <w:r>
        <w:rPr>
          <w:b w:val="0"/>
        </w:rPr>
        <w:t>[Telefon] · [E-Mail] · [Website]</w:t>
      </w:r>
    </w:p>
    <w:p>
      <w:pPr>
        <w:spacing w:after="0"/>
      </w:pPr>
      <w:r>
        <w:rPr>
          <w:b w:val="0"/>
        </w:rPr>
        <w:t>[Firmenname des Kunden]</w:t>
      </w:r>
    </w:p>
    <w:p>
      <w:pPr>
        <w:spacing w:after="0"/>
      </w:pPr>
      <w:r>
        <w:rPr>
          <w:b w:val="0"/>
        </w:rPr>
        <w:t>[Ansprechpartner]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280"/>
      </w:pPr>
      <w:r>
        <w:rPr>
          <w:b w:val="0"/>
        </w:rPr>
        <w:t>[PLZ Ort]</w:t>
      </w:r>
    </w:p>
    <w:p>
      <w:pPr>
        <w:spacing w:after="280"/>
        <w:jc w:val="right"/>
      </w:pPr>
      <w:r>
        <w:rPr>
          <w:b w:val="0"/>
        </w:rPr>
        <w:t>[Ort], [Datum]</w:t>
      </w:r>
    </w:p>
    <w:p>
      <w:pPr>
        <w:spacing w:after="240"/>
      </w:pPr>
      <w:r>
        <w:rPr>
          <w:b/>
        </w:rPr>
        <w:t>1. Mahnung – Rechnung Nr. [2026-0142] vom [15.09.2026]</w:t>
      </w:r>
    </w:p>
    <w:p>
      <w:pPr>
        <w:spacing w:after="160"/>
      </w:pPr>
      <w:r>
        <w:rPr>
          <w:b w:val="0"/>
        </w:rPr>
        <w:t>Sehr geehrte Frau [Name], sehr geehrter Herr [Name],</w:t>
      </w:r>
    </w:p>
    <w:p>
      <w:pPr>
        <w:spacing w:after="160"/>
      </w:pPr>
      <w:r>
        <w:rPr>
          <w:b w:val="0"/>
        </w:rPr>
        <w:t>trotz unserer Zahlungserinnerung vom [06.10.2026] ist der offene Betrag von [1.190,00 €] aus der Rechnung Nr. [2026-0142] bis heute nicht auf unserem Konto eingegangen. Das Zahlungsziel [29.09.2026] ist überschritten; Sie befinden sich damit in Zahlungsverzug.</w:t>
      </w:r>
    </w:p>
    <w:p>
      <w:pPr>
        <w:spacing w:after="160"/>
      </w:pPr>
      <w:r>
        <w:rPr>
          <w:b w:val="0"/>
        </w:rPr>
        <w:t>Wir fordern Sie auf, den Betrag bis spätestens [27.10.2026] auf unser Konto zu überweisen:</w:t>
      </w:r>
    </w:p>
    <w:p>
      <w:pPr>
        <w:spacing w:after="160"/>
      </w:pPr>
      <w:r>
        <w:rPr>
          <w:b w:val="0"/>
        </w:rPr>
        <w:t>Kontoinhaber: [Firmenname] · IBAN: [DE00 0000 0000 0000 0000 00] · BIC: [XXXXXXXX] · Verwendungszweck: Rechnung [2026-0142]</w:t>
      </w:r>
    </w:p>
    <w:p>
      <w:pPr>
        <w:spacing w:after="160"/>
      </w:pPr>
      <w:r>
        <w:rPr>
          <w:b w:val="0"/>
        </w:rPr>
        <w:t>Bitte beachten Sie: Ab Verzugsbeginn berechnen wir Verzugszinsen in gesetzlicher Höhe (§ 288 BGB: 5 Prozentpunkte über dem Basiszinssatz gegenüber Verbrauchern, 9 Prozentpunkte gegenüber Unternehmern). Für diese Mahnung berechnen wir Mahnkosten in Höhe von [1,50 €]. [Nur bei Geschäftskunden: Zusätzlich machen wir die gesetzliche Verzugspauschale von 40,00 € nach § 288 Abs. 5 BGB geltend.] Der Gesamtbetrag beläuft sich damit auf [1.231,50 €].</w:t>
      </w:r>
    </w:p>
    <w:p>
      <w:pPr>
        <w:spacing w:after="160"/>
      </w:pPr>
      <w:r>
        <w:rPr>
          <w:b w:val="0"/>
        </w:rPr>
        <w:t>Falls Sie bereits gezahlt haben oder Fragen zur Rechnung bestehen, melden Sie sich bitte kurzfristig unter [Telefon/E-Mail].</w:t>
      </w:r>
    </w:p>
    <w:p>
      <w:pPr>
        <w:spacing w:after="480"/>
      </w:pPr>
      <w:r>
        <w:rPr>
          <w:b w:val="0"/>
        </w:rPr>
        <w:t>Mit freundlichen Grüßen</w:t>
      </w:r>
    </w:p>
    <w:p>
      <w:pPr>
        <w:spacing w:after="0"/>
      </w:pPr>
      <w:r>
        <w:rPr>
          <w:b w:val="0"/>
        </w:rPr>
        <w:t>[Vorname Nachname]</w:t>
      </w:r>
    </w:p>
    <w:p>
      <w:pPr>
        <w:spacing w:after="280"/>
      </w:pPr>
      <w:r>
        <w:rPr>
          <w:b w:val="0"/>
        </w:rPr>
        <w:t>[Firmenname]</w:t>
      </w:r>
    </w:p>
    <w:p>
      <w:pPr>
        <w:spacing w:after="280"/>
      </w:pPr>
      <w:r>
        <w:rPr>
          <w:b w:val="0"/>
        </w:rPr>
        <w:t>Anlage: Rechnungskopie</w:t>
      </w:r>
    </w:p>
    <w:p>
      <w:pPr>
        <w:spacing w:after="120"/>
      </w:pPr>
      <w:r>
        <w:rPr>
          <w:b w:val="0"/>
          <w:i/>
          <w:sz w:val="17"/>
        </w:rPr>
        <w:t>Vorlage von firmendo.de/mahnung-schreiben/ – Stand Oktober 2026. Platzhalter in eckigen Klammern ersetzen; den Satz zur 40-€-Pauschale bei Privatkunden streichen. Mahnkosten nur in Höhe der tatsächlichen Sachkosten (Porto, Papier, Druck). Verzugszinsrechner: firmendo.de/mahnung-schreiben/#verzugszinsen. Keine Rechtsberatung.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