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4"/>
        </w:rPr>
        <w:t>[Ihr Firmenname]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0"/>
      </w:pPr>
      <w:r>
        <w:rPr>
          <w:b w:val="0"/>
        </w:rPr>
        <w:t>[PLZ Ort]</w:t>
      </w:r>
    </w:p>
    <w:p>
      <w:pPr>
        <w:spacing w:after="280"/>
      </w:pPr>
      <w:r>
        <w:rPr>
          <w:b w:val="0"/>
        </w:rPr>
        <w:t>[Telefon] · [E-Mail] · [Website]</w:t>
      </w:r>
    </w:p>
    <w:p>
      <w:pPr>
        <w:spacing w:after="0"/>
      </w:pPr>
      <w:r>
        <w:rPr>
          <w:b w:val="0"/>
        </w:rPr>
        <w:t>[Firmenname des Kunden]</w:t>
      </w:r>
    </w:p>
    <w:p>
      <w:pPr>
        <w:spacing w:after="0"/>
      </w:pPr>
      <w:r>
        <w:rPr>
          <w:b w:val="0"/>
        </w:rPr>
        <w:t>[Ansprechpartner]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80"/>
      </w:pPr>
      <w:r>
        <w:rPr>
          <w:b w:val="0"/>
        </w:rPr>
        <w:t>[PLZ Ort]</w:t>
      </w:r>
    </w:p>
    <w:p>
      <w:pPr>
        <w:spacing w:after="280"/>
        <w:jc w:val="right"/>
      </w:pPr>
      <w:r>
        <w:rPr>
          <w:b w:val="0"/>
        </w:rPr>
        <w:t>[Ort], [Datum]</w:t>
      </w:r>
    </w:p>
    <w:p>
      <w:pPr>
        <w:spacing w:after="240"/>
      </w:pPr>
      <w:r>
        <w:rPr>
          <w:b/>
        </w:rPr>
        <w:t>Letzte Mahnung vor Einleitung des gerichtlichen Mahnverfahrens – Rechnung Nr. [2026-0142] vom [15.09.2026]</w:t>
      </w:r>
    </w:p>
    <w:p>
      <w:pPr>
        <w:spacing w:after="160"/>
      </w:pPr>
      <w:r>
        <w:rPr>
          <w:b w:val="0"/>
        </w:rPr>
        <w:t>Sehr geehrte Frau [Name], sehr geehrter Herr [Name],</w:t>
      </w:r>
    </w:p>
    <w:p>
      <w:pPr>
        <w:spacing w:after="160"/>
      </w:pPr>
      <w:r>
        <w:rPr>
          <w:b w:val="0"/>
        </w:rPr>
        <w:t>auf unsere Zahlungserinnerung vom [06.10.2026] und unsere Mahnung vom [17.10.2026] haben Sie nicht reagiert. Die Forderung aus der Rechnung Nr. [2026-0142] vom [15.09.2026] ist weiterhin offen.</w:t>
      </w:r>
    </w:p>
    <w:p>
      <w:pPr>
        <w:spacing w:after="160"/>
      </w:pPr>
      <w:r>
        <w:rPr>
          <w:b w:val="0"/>
        </w:rPr>
        <w:t>Wir fordern Sie letztmalig auf, den nachstehenden Gesamtbetrag bis zum [05.11.2026] auf unser Konto IBAN [DE00 0000 0000 0000 0000 00] zu überweisen:</w:t>
      </w:r>
    </w:p>
    <w:p>
      <w:pPr>
        <w:spacing w:after="160"/>
      </w:pPr>
      <w:r>
        <w:rPr>
          <w:b w:val="0"/>
        </w:rPr>
        <w:t>Rechnungsbetrag: [1.190,00 €]</w:t>
      </w:r>
    </w:p>
    <w:p>
      <w:pPr>
        <w:spacing w:after="160"/>
      </w:pPr>
      <w:r>
        <w:rPr>
          <w:b w:val="0"/>
        </w:rPr>
        <w:t>Verzugszinsen [30.09.2026 bis 27.10.2026], [28] Tage zu [10,52 %]: [9,60 €]</w:t>
      </w:r>
    </w:p>
    <w:p>
      <w:pPr>
        <w:spacing w:after="160"/>
      </w:pPr>
      <w:r>
        <w:rPr>
          <w:b w:val="0"/>
        </w:rPr>
        <w:t>Mahnkosten (Mahnungen vom [17.10.2026] und [heute]): [3,00 €]</w:t>
      </w:r>
    </w:p>
    <w:p>
      <w:pPr>
        <w:spacing w:after="160"/>
      </w:pPr>
      <w:r>
        <w:rPr>
          <w:b w:val="0"/>
        </w:rPr>
        <w:t>Verzugspauschale nach § 288 Abs. 5 BGB [nur bei Geschäftskunden]: [40,00 €]</w:t>
      </w:r>
    </w:p>
    <w:p>
      <w:pPr>
        <w:spacing w:after="160"/>
      </w:pPr>
      <w:r>
        <w:rPr>
          <w:b w:val="0"/>
        </w:rPr>
        <w:t>Gesamtforderung: [1.242,60 €]</w:t>
      </w:r>
    </w:p>
    <w:p>
      <w:pPr>
        <w:spacing w:after="160"/>
      </w:pPr>
      <w:r>
        <w:rPr>
          <w:b w:val="0"/>
        </w:rPr>
        <w:t>Geht die Zahlung nicht fristgerecht ein, werden wir ohne weitere Ankündigung einen gerichtlichen Mahnbescheid beantragen. Die dadurch entstehenden Gerichts- und Anwaltskosten gehen zu Ihren Lasten. Für Rückfragen erreichen Sie uns unter [Telefon/E-Mail].</w:t>
      </w:r>
    </w:p>
    <w:p>
      <w:pPr>
        <w:spacing w:after="48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  <w:t>[Vorname Nachname]</w:t>
      </w:r>
    </w:p>
    <w:p>
      <w:pPr>
        <w:spacing w:after="280"/>
      </w:pPr>
      <w:r>
        <w:rPr>
          <w:b w:val="0"/>
        </w:rPr>
        <w:t>[Firmenname]</w:t>
      </w:r>
    </w:p>
    <w:p>
      <w:pPr>
        <w:spacing w:after="280"/>
      </w:pPr>
      <w:r>
        <w:rPr>
          <w:b w:val="0"/>
        </w:rPr>
        <w:t>Anlage: Rechnungskopie</w:t>
      </w:r>
    </w:p>
    <w:p>
      <w:pPr>
        <w:spacing w:after="120"/>
      </w:pPr>
      <w:r>
        <w:rPr>
          <w:b w:val="0"/>
          <w:i/>
          <w:sz w:val="17"/>
        </w:rPr>
        <w:t>Vorlage von firmendo.de/mahnung-schreiben/ – Stand Oktober 2026. Platzhalter in eckigen Klammern ersetzen; Verzugszinsen taggenau berechnen (firmendo.de/mahnung-schreiben/#verzugszinsen), Pauschale bei Privatkunden streichen. Versand zusätzlich per Post oder Einwurf-Einschreiben empfohlen. Keine Rechtsberatung.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